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TÍTULO DA OBRA</w:t>
      </w:r>
    </w:p>
    <w:p>
      <w:pPr>
        <w:jc w:val="center"/>
      </w:pPr>
      <w:r>
        <w:rPr>
          <w:b w:val="0"/>
          <w:sz w:val="24"/>
        </w:rPr>
        <w:t>Subtítulo da obra</w:t>
      </w:r>
    </w:p>
    <w:p>
      <w:r>
        <w:rPr>
          <w:b w:val="0"/>
        </w:rPr>
      </w:r>
    </w:p>
    <w:p>
      <w:pPr>
        <w:jc w:val="center"/>
      </w:pPr>
      <w:r>
        <w:rPr>
          <w:b w:val="0"/>
        </w:rPr>
        <w:t>Nome Completo do Autor</w:t>
      </w:r>
    </w:p>
    <w:p>
      <w:pPr>
        <w:jc w:val="center"/>
      </w:pPr>
      <w:r>
        <w:rPr>
          <w:b w:val="0"/>
        </w:rPr>
        <w:t>Nome Completo do Coautor (se houver)</w:t>
      </w:r>
    </w:p>
    <w:p>
      <w:r>
        <w:br w:type="page"/>
      </w:r>
    </w:p>
    <w:p>
      <w:pPr>
        <w:pStyle w:val="Heading1"/>
      </w:pPr>
      <w:r>
        <w:t>Sumário</w:t>
      </w:r>
    </w:p>
    <w:p>
      <w:r>
        <w:fldChar w:fldCharType="begin"/>
        <w:instrText xml:space="preserve">TOC \o "1-3" \h \z \u</w:instrText>
        <w:fldChar w:fldCharType="separate"/>
      </w:r>
      <w:r>
        <w:t>Clique com o botão direito e escolha Atualizar campo para gerar o sumário.</w:t>
      </w:r>
      <w:r>
        <w:fldChar w:fldCharType="end"/>
      </w:r>
    </w:p>
    <w:p>
      <w:r>
        <w:br w:type="page"/>
      </w:r>
    </w:p>
    <w:p>
      <w:pPr>
        <w:pStyle w:val="Heading1"/>
      </w:pPr>
      <w:r>
        <w:t>Apresentação</w:t>
      </w:r>
    </w:p>
    <w:p>
      <w:r>
        <w:t>Texto de apresentação da obra. Use o estilo Normal (Arial 11) no texto corrido.</w:t>
      </w:r>
    </w:p>
    <w:p>
      <w:pPr>
        <w:pStyle w:val="Heading1"/>
      </w:pPr>
      <w:r>
        <w:t>Capítulo 1. Título do capítulo</w:t>
      </w:r>
    </w:p>
    <w:p>
      <w:pPr>
        <w:pStyle w:val="Heading2"/>
      </w:pPr>
      <w:r>
        <w:t>1.1 Título da seção</w:t>
      </w:r>
    </w:p>
    <w:p>
      <w:r>
        <w:t>Texto do capítulo. Cite as fontes no formato autor-data (SOBRENOME, ano) conforme a ABNT NBR 10520:2023.</w:t>
      </w:r>
    </w:p>
    <w:p>
      <w:r>
        <w:rPr>
          <w:b w:val="0"/>
        </w:rPr>
        <w:t>Tabela 1. Título da tabela, acima dela, numerado em sequência.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Variável</w:t>
            </w:r>
          </w:p>
        </w:tc>
        <w:tc>
          <w:tcPr>
            <w:tcW w:type="dxa" w:w="3135"/>
          </w:tcPr>
          <w:p>
            <w:r>
              <w:t>n</w:t>
            </w:r>
          </w:p>
        </w:tc>
        <w:tc>
          <w:tcPr>
            <w:tcW w:type="dxa" w:w="3135"/>
          </w:tcPr>
          <w:p>
            <w:r>
              <w:t>%</w:t>
            </w:r>
          </w:p>
        </w:tc>
      </w:tr>
      <w:tr>
        <w:tc>
          <w:tcPr>
            <w:tcW w:type="dxa" w:w="3135"/>
          </w:tcPr>
          <w:p>
            <w:r>
              <w:t>Categoria A</w:t>
            </w:r>
          </w:p>
        </w:tc>
        <w:tc>
          <w:tcPr>
            <w:tcW w:type="dxa" w:w="3135"/>
          </w:tcPr>
          <w:p>
            <w:r>
              <w:t>120</w:t>
            </w:r>
          </w:p>
        </w:tc>
        <w:tc>
          <w:tcPr>
            <w:tcW w:type="dxa" w:w="3135"/>
          </w:tcPr>
          <w:p>
            <w:r>
              <w:t>60,0</w:t>
            </w:r>
          </w:p>
        </w:tc>
      </w:tr>
      <w:tr>
        <w:tc>
          <w:tcPr>
            <w:tcW w:type="dxa" w:w="3135"/>
          </w:tcPr>
          <w:p>
            <w:r>
              <w:t>Categoria B</w:t>
            </w:r>
          </w:p>
        </w:tc>
        <w:tc>
          <w:tcPr>
            <w:tcW w:type="dxa" w:w="3135"/>
          </w:tcPr>
          <w:p>
            <w:r>
              <w:t>80</w:t>
            </w:r>
          </w:p>
        </w:tc>
        <w:tc>
          <w:tcPr>
            <w:tcW w:type="dxa" w:w="3135"/>
          </w:tcPr>
          <w:p>
            <w:r>
              <w:t>40,0</w:t>
            </w:r>
          </w:p>
        </w:tc>
      </w:tr>
    </w:tbl>
    <w:p>
      <w:r>
        <w:rPr>
          <w:b w:val="0"/>
          <w:sz w:val="18"/>
        </w:rPr>
        <w:t>Fonte: elaborado pelo autor a partir de dados do DATASUS (2025).</w:t>
      </w:r>
    </w:p>
    <w:p>
      <w:pPr>
        <w:jc w:val="center"/>
      </w:pPr>
      <w:r>
        <w:rPr>
          <w:b w:val="0"/>
        </w:rPr>
        <w:t>[Insira aqui a figura em 300 dpi]</w:t>
      </w:r>
    </w:p>
    <w:p>
      <w:r>
        <w:rPr>
          <w:b w:val="0"/>
          <w:sz w:val="20"/>
        </w:rPr>
        <w:t>Figura 1. Legenda da figura, abaixo dela, numerada em sequência.</w:t>
      </w:r>
    </w:p>
    <w:p>
      <w:r>
        <w:rPr>
          <w:b w:val="0"/>
          <w:sz w:val="18"/>
        </w:rPr>
        <w:t>Fonte: indique a origem. Imagem de terceiros exige autorização.</w:t>
      </w:r>
    </w:p>
    <w:p>
      <w:pPr>
        <w:pStyle w:val="Heading1"/>
      </w:pPr>
      <w:r>
        <w:t>Referências</w:t>
      </w:r>
    </w:p>
    <w:p>
      <w:r>
        <w:t>SOBRENOME, Nome. Título do livro: subtítulo. 2. ed. Cidade: Editora, 2024.</w:t>
      </w:r>
    </w:p>
    <w:p>
      <w:r>
        <w:t>SOBRENOME, Nome; SOBRENOME, Nome. Título do artigo. Nome da Revista, v. 10, n. 2, p. 1-15, 2023. DOI: 10.xxxx/xxxx.</w:t>
      </w:r>
    </w:p>
    <w:sectPr w:rsidR="00FC693F" w:rsidRPr="0006063C" w:rsidSect="00034616"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